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  <w:jc w:val="right"/>
      </w:pPr>
      <w:r>
        <w:rPr>
          <w:b/>
          <w:color w:val="52677D"/>
          <w:sz w:val="18"/>
        </w:rPr>
        <w:t>CAREER CANVAS</w:t>
      </w:r>
    </w:p>
    <w:p>
      <w:pPr>
        <w:pStyle w:val="Title"/>
      </w:pPr>
      <w:r>
        <w:t>Business Flyer Template</w:t>
      </w:r>
    </w:p>
    <w:p>
      <w:pPr>
        <w:spacing w:after="280"/>
      </w:pPr>
      <w:r>
        <w:rPr>
          <w:color w:val="52677D"/>
          <w:sz w:val="21"/>
        </w:rPr>
        <w:t>Plan an original one-page flyer. Use this as a structure, not a finished design.</w:t>
      </w:r>
    </w:p>
    <w:p>
      <w:pPr>
        <w:spacing w:after="100"/>
      </w:pPr>
      <w:r>
        <w:rPr>
          <w:b/>
          <w:color w:val="0F1A2B"/>
          <w:sz w:val="20"/>
        </w:rPr>
        <w:t xml:space="preserve">Student: </w:t>
      </w:r>
      <w:r>
        <w:rPr>
          <w:color w:val="52677D"/>
          <w:sz w:val="21"/>
        </w:rPr>
        <w:t>[Type your name]</w:t>
      </w:r>
    </w:p>
    <w:p>
      <w:pPr>
        <w:spacing w:after="100"/>
      </w:pPr>
      <w:r>
        <w:rPr>
          <w:b/>
          <w:color w:val="0F1A2B"/>
          <w:sz w:val="20"/>
        </w:rPr>
        <w:t xml:space="preserve">Business: </w:t>
      </w:r>
      <w:r>
        <w:rPr>
          <w:color w:val="52677D"/>
          <w:sz w:val="21"/>
        </w:rPr>
        <w:t>[Type the partner business]</w:t>
      </w:r>
    </w:p>
    <w:p>
      <w:pPr>
        <w:spacing w:after="100"/>
      </w:pPr>
      <w:r>
        <w:rPr>
          <w:b/>
          <w:color w:val="0F1A2B"/>
          <w:sz w:val="20"/>
        </w:rPr>
        <w:t xml:space="preserve">Date: </w:t>
      </w:r>
      <w:r>
        <w:rPr>
          <w:color w:val="52677D"/>
          <w:sz w:val="21"/>
        </w:rPr>
        <w:t>[Type the date]</w:t>
      </w:r>
    </w:p>
    <w:p/>
    <w:p>
      <w:pPr>
        <w:pStyle w:val="Heading1"/>
      </w:pPr>
      <w:r>
        <w:t>Goal and audience</w:t>
      </w:r>
    </w:p>
    <w:p>
      <w:r>
        <w:rPr>
          <w:i/>
          <w:color w:val="52677D"/>
        </w:rPr>
        <w:t>What should this flyer accomplish, and who needs to notice it?</w:t>
      </w:r>
    </w:p>
    <w:p>
      <w:pPr>
        <w:spacing w:after="560"/>
      </w:pPr>
      <w:r>
        <w:rPr>
          <w:color w:val="52677D"/>
          <w:sz w:val="21"/>
        </w:rPr>
        <w:t>[Type your response here]</w:t>
      </w:r>
    </w:p>
    <w:p>
      <w:pPr>
        <w:pStyle w:val="Heading1"/>
      </w:pPr>
      <w:r>
        <w:t>Headline and message</w:t>
      </w:r>
    </w:p>
    <w:p>
      <w:r>
        <w:rPr>
          <w:i/>
          <w:color w:val="52677D"/>
        </w:rPr>
        <w:t>Write one headline and the single idea the audience should remember.</w:t>
      </w:r>
    </w:p>
    <w:p>
      <w:pPr>
        <w:spacing w:after="560"/>
      </w:pPr>
      <w:r>
        <w:rPr>
          <w:color w:val="52677D"/>
          <w:sz w:val="21"/>
        </w:rPr>
        <w:t>[Type your response here]</w:t>
      </w:r>
    </w:p>
    <w:p>
      <w:pPr>
        <w:pStyle w:val="Heading1"/>
      </w:pPr>
      <w:r>
        <w:t>Visual plan</w:t>
      </w:r>
    </w:p>
    <w:p>
      <w:r>
        <w:rPr>
          <w:i/>
          <w:color w:val="52677D"/>
        </w:rPr>
        <w:t>Sketch the placement of the main image, headline, details, and call to action. Name the colors and fonts you plan to use.</w:t>
      </w:r>
    </w:p>
    <w:p>
      <w:pPr>
        <w:spacing w:after="560"/>
      </w:pPr>
      <w:r>
        <w:rPr>
          <w:color w:val="52677D"/>
          <w:sz w:val="21"/>
        </w:rPr>
        <w:t>[Type your response here]</w:t>
      </w:r>
    </w:p>
    <w:p>
      <w:pPr>
        <w:pStyle w:val="Heading1"/>
      </w:pPr>
      <w:r>
        <w:t>Required information</w:t>
      </w:r>
    </w:p>
    <w:p>
      <w:r>
        <w:rPr>
          <w:i/>
          <w:color w:val="52677D"/>
        </w:rPr>
        <w:t>List every fact, date, location, link, price, or disclaimer that must be correct.</w:t>
      </w:r>
    </w:p>
    <w:p>
      <w:pPr>
        <w:spacing w:after="560"/>
      </w:pPr>
      <w:r>
        <w:rPr>
          <w:color w:val="52677D"/>
          <w:sz w:val="21"/>
        </w:rPr>
        <w:t>[Type your response here]</w:t>
      </w:r>
    </w:p>
    <w:p>
      <w:pPr>
        <w:pStyle w:val="Heading1"/>
      </w:pPr>
      <w:r>
        <w:t>Final check</w:t>
      </w:r>
    </w:p>
    <w:p>
      <w:r>
        <w:rPr>
          <w:i/>
          <w:color w:val="52677D"/>
        </w:rPr>
        <w:t>Can someone understand the message in five seconds? Is every fact verified?</w:t>
      </w:r>
    </w:p>
    <w:p>
      <w:pPr>
        <w:spacing w:after="560"/>
      </w:pPr>
      <w:r>
        <w:rPr>
          <w:color w:val="52677D"/>
          <w:sz w:val="21"/>
        </w:rPr>
        <w:t>[Type your response here]</w:t>
      </w:r>
    </w:p>
    <w:sectPr w:rsidR="00FC693F" w:rsidRPr="0006063C" w:rsidSect="00034616">
      <w:footerReference w:type="default" r:id="rId9"/>
      <w:pgSz w:w="12240" w:h="15840"/>
      <w:pgMar w:top="1008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2677D"/>
        <w:sz w:val="18"/>
      </w:rPr>
      <w:t>Career Canvas  |  Great Neck South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color w:val="0F1A2B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 w:before="200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